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0000" cy="81805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int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8180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56"/>
        </w:rPr>
        <w:t>Cuéntanos tu historia</w:t>
      </w:r>
    </w:p>
    <w:p>
      <w:pPr>
        <w:jc w:val="center"/>
      </w:pPr>
      <w:r>
        <w:rPr>
          <w:color w:val="4C5B73"/>
          <w:sz w:val="21"/>
        </w:rPr>
        <w:t>Y qué te gustaría que hiciera inolvidable tu invitación o tu web. Tómate tu tiempo, compártelo con tu pareja o tu familia y escribe debajo de cada pregunta. Lo que no sepas aún, déjalo en blanco. Cuando lo tengas, súbelo en ateliercelebra.com/cuentanos o envíalo a hola@ateliercelebra.com.</w:t>
      </w:r>
    </w:p>
    <w:p>
      <w:pPr>
        <w:keepNext/>
        <w:spacing w:before="440"/>
      </w:pPr>
      <w:r>
        <w:rPr>
          <w:i/>
          <w:color w:val="B39A63"/>
          <w:sz w:val="26"/>
        </w:rPr>
        <w:t xml:space="preserve">I   </w:t>
      </w:r>
      <w:r>
        <w:rPr>
          <w:sz w:val="36"/>
        </w:rPr>
        <w:t>Tu celebración</w:t>
      </w:r>
    </w:p>
    <w:p>
      <w:pPr>
        <w:keepNext/>
        <w:spacing w:before="200"/>
      </w:pPr>
      <w:r>
        <w:rPr>
          <w:b/>
          <w:color w:val="2B4C7E"/>
          <w:sz w:val="21"/>
        </w:rPr>
        <w:t>¿Qué celebran? (boda, quince años, primera comunión, bautizo)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¿Qué plan te interesa? (Básica, Personalizada, Web de boda)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Si es la Básica, ¿qué modelo te gusta? (Azul Porcelana, Valentina en París, Pan de Vida, Agua Viva)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¿En qué idioma va la invitación? (español, inglés o los dos)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Fecha de la celebración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440"/>
      </w:pPr>
      <w:r>
        <w:rPr>
          <w:i/>
          <w:color w:val="B39A63"/>
          <w:sz w:val="26"/>
        </w:rPr>
        <w:t xml:space="preserve">II   </w:t>
      </w:r>
      <w:r>
        <w:rPr>
          <w:sz w:val="36"/>
        </w:rPr>
        <w:t>Quiénes son</w:t>
      </w:r>
    </w:p>
    <w:p>
      <w:pPr>
        <w:keepNext/>
        <w:spacing w:before="200"/>
      </w:pPr>
      <w:r>
        <w:rPr>
          <w:b/>
          <w:color w:val="2B4C7E"/>
          <w:sz w:val="21"/>
        </w:rPr>
        <w:t>Nombres, tal como quieren que aparezcan en la invitación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Nombres de los papás (quince, comunión o bautizo)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Nombres de los padrinos (comunión o bautizo)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¿Quieren nombrar a sus familias? (opcional)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440"/>
      </w:pPr>
      <w:r>
        <w:rPr>
          <w:i/>
          <w:color w:val="B39A63"/>
          <w:sz w:val="26"/>
        </w:rPr>
        <w:t xml:space="preserve">III   </w:t>
      </w:r>
      <w:r>
        <w:rPr>
          <w:sz w:val="36"/>
        </w:rPr>
        <w:t>Su historia</w:t>
      </w:r>
    </w:p>
    <w:p>
      <w:pPr>
        <w:keepNext/>
        <w:spacing w:before="200"/>
      </w:pPr>
      <w:r>
        <w:rPr>
          <w:b/>
          <w:color w:val="2B4C7E"/>
          <w:sz w:val="21"/>
        </w:rPr>
        <w:t>¿Qué quieren transmitir con su invitación? El concepto central: lo que debe sentir quien la abra.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¿Qué haría inolvidable su invitación o su web?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¿Cómo empezó todo? (en quince, comunión o bautizo: cómo es él o ella, o la historia de su llegada)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Un momento que nunca olvidan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Un objeto que guarda su historia, y por qué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La canción que los acompaña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Tres palabras para su celebración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Una frase, un verso o un versículo que quieran incluir (opcional)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Personalizada y Web de boda: su historia en hasta cuatro capítulos (un título corto y dos o tres líneas cada uno)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440"/>
      </w:pPr>
      <w:r>
        <w:rPr>
          <w:i/>
          <w:color w:val="B39A63"/>
          <w:sz w:val="26"/>
        </w:rPr>
        <w:t xml:space="preserve">IV   </w:t>
      </w:r>
      <w:r>
        <w:rPr>
          <w:sz w:val="36"/>
        </w:rPr>
        <w:t>Fotos y música</w:t>
      </w:r>
    </w:p>
    <w:p>
      <w:pPr>
        <w:keepNext/>
        <w:spacing w:before="200"/>
      </w:pPr>
      <w:r>
        <w:rPr>
          <w:b/>
          <w:color w:val="2B4C7E"/>
          <w:sz w:val="21"/>
        </w:rPr>
        <w:t>Enlace a la carpeta con sus fotos originales (Google Drive, WeTransfer o Dropbox; no las de WhatsApp)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Música de la invitación (canción y artista, o déjanos elegir)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Su lista de Spotify, si ya tienen una (Personalizada y Web de boda)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440"/>
      </w:pPr>
      <w:r>
        <w:rPr>
          <w:i/>
          <w:color w:val="B39A63"/>
          <w:sz w:val="26"/>
        </w:rPr>
        <w:t xml:space="preserve">V   </w:t>
      </w:r>
      <w:r>
        <w:rPr>
          <w:sz w:val="36"/>
        </w:rPr>
        <w:t>Lugares y horarios</w:t>
      </w:r>
    </w:p>
    <w:p>
      <w:pPr>
        <w:keepNext/>
        <w:spacing w:before="200"/>
      </w:pPr>
      <w:r>
        <w:rPr>
          <w:b/>
          <w:color w:val="2B4C7E"/>
          <w:sz w:val="21"/>
        </w:rPr>
        <w:t>Por cada momento (ceremonia, recepción, cena…): qué momento es, fecha, hora, lugar, dirección, enlace de Google Maps y transporte si lo hay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Vestimenta (y lo que quieran evitar)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440"/>
      </w:pPr>
      <w:r>
        <w:rPr>
          <w:i/>
          <w:color w:val="B39A63"/>
          <w:sz w:val="26"/>
        </w:rPr>
        <w:t xml:space="preserve">VI   </w:t>
      </w:r>
      <w:r>
        <w:rPr>
          <w:sz w:val="36"/>
        </w:rPr>
        <w:t>Confirmación y detalles</w:t>
      </w:r>
    </w:p>
    <w:p>
      <w:pPr>
        <w:keepNext/>
        <w:spacing w:before="200"/>
      </w:pPr>
      <w:r>
        <w:rPr>
          <w:b/>
          <w:color w:val="2B4C7E"/>
          <w:sz w:val="21"/>
        </w:rPr>
        <w:t>¿Quieres que tus invitados confirmen desde la invitación? ¿Hasta qué día?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¿Qué les preguntamos? (acompañante, alergias, transporte, menú, evento por evento, otra pregunta)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El mensaje que verán al confirmar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Correos que pueden ver la lista de confirmados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Regalos: lluvia de sobres, mesa de regalos o no incluir (y sus datos)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Web de boda: guía para los invitados (hoteles, traslados, restaurantes, planes)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440"/>
      </w:pPr>
      <w:r>
        <w:rPr>
          <w:i/>
          <w:color w:val="B39A63"/>
          <w:sz w:val="26"/>
        </w:rPr>
        <w:t xml:space="preserve">VII   </w:t>
      </w:r>
      <w:r>
        <w:rPr>
          <w:sz w:val="36"/>
        </w:rPr>
        <w:t>Tus datos</w:t>
      </w:r>
    </w:p>
    <w:p>
      <w:pPr>
        <w:keepNext/>
        <w:spacing w:before="200"/>
      </w:pPr>
      <w:r>
        <w:rPr>
          <w:b/>
          <w:color w:val="2B4C7E"/>
          <w:sz w:val="21"/>
        </w:rPr>
        <w:t>Tu nombre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Tu correo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WhatsApp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keepNext/>
        <w:spacing w:before="200"/>
      </w:pPr>
      <w:r>
        <w:rPr>
          <w:b/>
          <w:color w:val="2B4C7E"/>
          <w:sz w:val="21"/>
        </w:rPr>
        <w:t>¿Algo más que debamos saber?</w:t>
      </w: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after="0" w:line="520" w:lineRule="exact"/>
        <w:pBdr>
          <w:bottom w:val="single" w:sz="4" w:space="1" w:color="D9D3C4"/>
          <w:between w:val="single" w:sz="4" w:space="1" w:color="D9D3C4"/>
        </w:pBdr>
      </w:pPr>
    </w:p>
    <w:p>
      <w:pPr>
        <w:spacing w:before="560"/>
        <w:jc w:val="center"/>
      </w:pPr>
      <w:r>
        <w:rPr>
          <w:color w:val="4C5B73"/>
          <w:sz w:val="18"/>
        </w:rPr>
        <w:t>Atelier Celebra · hola@ateliercelebra.com · ateliercelebra.com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color w:val="1D315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